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36" w:lineRule="auto"/>
        <w:jc w:val="center"/>
        <w:bidi/>
      </w:pPr>
      <w:r>
        <w:rPr>
          <w:rFonts w:ascii="Arial" w:hAnsi="Arial" w:cs="Arial"/>
          <w:rtl/>
          <w:b/>
          <w:bCs/>
          <w:sz w:val="36"/>
          <w:szCs w:val="36"/>
        </w:rPr>
        <w:t>نموذج إنذار بالأداء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i/>
          <w:rtl/>
          <w:iCs/>
          <w:color w:val="8A3B12"/>
          <w:sz w:val="20"/>
          <w:szCs w:val="20"/>
        </w:rPr>
        <w:t>نموذج تجريبي للتوضيح فقط، لم تتم مراجعته من طرف مختص. اعرضه على محامٍ ليكيّفه مع حالتك قبل أي توقيع أو إرسال. الكلمات بين معقوفتين [ ] تُعوَّض بمعلوماتك.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rtl/>
          <w:b/>
          <w:bCs/>
          <w:sz w:val="26"/>
          <w:szCs w:val="26"/>
        </w:rPr>
        <w:t>من:</w:t>
      </w:r>
      <w:r>
        <w:rPr>
          <w:rFonts w:ascii="Arial" w:hAnsi="Arial" w:cs="Arial"/>
          <w:rtl/>
          <w:sz w:val="26"/>
          <w:szCs w:val="26"/>
        </w:rPr>
        <w:t xml:space="preserve"> [اسم الدائن وعنوانه]</w:t>
      </w:r>
      <w:r>
        <w:br/>
      </w:r>
      <w:r>
        <w:rPr>
          <w:rFonts w:ascii="Arial" w:hAnsi="Arial" w:cs="Arial"/>
          <w:rtl/>
          <w:b/>
          <w:bCs/>
          <w:sz w:val="26"/>
          <w:szCs w:val="26"/>
        </w:rPr>
        <w:t>إلى:</w:t>
      </w:r>
      <w:r>
        <w:rPr>
          <w:rFonts w:ascii="Arial" w:hAnsi="Arial" w:cs="Arial"/>
          <w:rtl/>
          <w:sz w:val="26"/>
          <w:szCs w:val="26"/>
        </w:rPr>
        <w:t xml:space="preserve"> [اسم المدين وعنوانه]</w:t>
      </w:r>
      <w:r>
        <w:br/>
      </w:r>
      <w:r>
        <w:rPr>
          <w:rFonts w:ascii="Arial" w:hAnsi="Arial" w:cs="Arial"/>
          <w:rtl/>
          <w:b/>
          <w:bCs/>
          <w:sz w:val="26"/>
          <w:szCs w:val="26"/>
        </w:rPr>
        <w:t>الموضوع:</w:t>
      </w:r>
      <w:r>
        <w:rPr>
          <w:rFonts w:ascii="Arial" w:hAnsi="Arial" w:cs="Arial"/>
          <w:rtl/>
          <w:sz w:val="26"/>
          <w:szCs w:val="26"/>
        </w:rPr>
        <w:t xml:space="preserve"> إنذار بأداء دين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rtl/>
          <w:sz w:val="26"/>
          <w:szCs w:val="26"/>
        </w:rPr>
        <w:t>سيدي/سيدتي،</w:t>
      </w:r>
      <w:r>
        <w:br/>
      </w:r>
      <w:r>
        <w:rPr>
          <w:rFonts w:ascii="Arial" w:hAnsi="Arial" w:cs="Arial"/>
          <w:rtl/>
          <w:sz w:val="26"/>
          <w:szCs w:val="26"/>
        </w:rPr>
        <w:t>بناءً على [عقد السلف / الإقرار بالدين / الشيك رقم ...] المؤرخ في [التاريخ]، تبقى بذمتكم لفائدتي مبلغ [المبلغ] درهم، حلّ أجل أدائه بتاريخ [التاريخ] دون أن تؤدّوه رغم مطالبتكم وديًا.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rtl/>
          <w:sz w:val="26"/>
          <w:szCs w:val="26"/>
        </w:rPr>
        <w:t>لذا أنذركم بأداء المبلغ المذكور داخل أجل [عدد الأيام] يومًا من تاريخ توصلكم بهذا الإنذار، وإلا سأضطر إلى سلوك المساطر القانونية المناسبة للمطالبة بحقوقي.</w:t>
      </w:r>
    </w:p>
    <w:p>
      <w:pPr>
        <w:spacing w:after="160" w:line="336" w:lineRule="auto"/>
        <w:jc w:val="right"/>
        <w:bidi/>
      </w:pPr>
      <w:r>
        <w:rPr>
          <w:rFonts w:ascii="Arial" w:hAnsi="Arial" w:cs="Arial"/>
          <w:rtl/>
          <w:sz w:val="26"/>
          <w:szCs w:val="26"/>
        </w:rPr>
        <w:t>[المدينة] في [التاريخ]</w:t>
      </w:r>
      <w:r>
        <w:br/>
      </w:r>
      <w:r>
        <w:rPr>
          <w:rFonts w:ascii="Arial" w:hAnsi="Arial" w:cs="Arial"/>
          <w:rtl/>
          <w:sz w:val="26"/>
          <w:szCs w:val="26"/>
        </w:rPr>
        <w:t>التوقيع: ............</w:t>
      </w:r>
      <w:r>
        <w:br/>
      </w:r>
      <w:r>
        <w:rPr>
          <w:rFonts w:ascii="Arial" w:hAnsi="Arial" w:cs="Arial"/>
          <w:rtl/>
          <w:sz w:val="26"/>
          <w:szCs w:val="26"/>
        </w:rPr>
        <w:t>(يُفضّل إرسال الإنذار بواسطة مفوض قضائي أو بريد مضمون مع إشعار بالتوصل حتى يكون له أثر في الإثبات)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إنذار بالأداء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